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20"/>
        </w:rPr>
        <w:t>Licenzia</w:t>
      </w:r>
    </w:p>
    <w:p>
      <w:pPr>
        <w:pStyle w:val="Title"/>
      </w:pPr>
      <w:r>
        <w:t>Супровідний лист до пакета документів</w:t>
      </w:r>
    </w:p>
    <w:p>
      <w:r>
        <w:t>Замініть поля у квадратних дужках. Перевірте, чи передбачений супровідний лист вашим способом подання. Якщо встановлено офіційну форму, використовуйте її.</w:t>
      </w:r>
    </w:p>
    <w:p>
      <w:pPr>
        <w:pStyle w:val="Heading1"/>
      </w:pPr>
      <w:r>
        <w:t>Адресат і відправник</w:t>
      </w:r>
    </w:p>
    <w:p>
      <w:r>
        <w:t>До: [повна назва компетентного органу]</w:t>
      </w:r>
    </w:p>
    <w:p>
      <w:r>
        <w:t>Від: [назва заявника, ідентифікатор, адреса]</w:t>
      </w:r>
    </w:p>
    <w:p>
      <w:r>
        <w:t>Контакт: [ім’я, телефон або email]</w:t>
      </w:r>
    </w:p>
    <w:p>
      <w:r>
        <w:t>Дата та вихідний номер: [дата] [номер]</w:t>
      </w:r>
    </w:p>
    <w:p>
      <w:pPr>
        <w:pStyle w:val="Heading1"/>
      </w:pPr>
      <w:r>
        <w:t>Предмет подання</w:t>
      </w:r>
    </w:p>
    <w:p>
      <w:r>
        <w:t>Щодо: [точна назва процедури]</w:t>
      </w:r>
    </w:p>
    <w:p>
      <w:r>
        <w:t>Надсилаємо документи для [погоджена дія] стосовно [діяльність, об’єкт або місце роботи].</w:t>
      </w:r>
    </w:p>
    <w:p>
      <w:r>
        <w:t>Просимо прийняти матеріали в межах відповідної процедури. Спосіб отримання повідомлень: [укажіть допустимий спосіб].</w:t>
      </w:r>
    </w:p>
    <w:p>
      <w:pPr>
        <w:pStyle w:val="Heading1"/>
      </w:pPr>
      <w:r>
        <w:t>Перелік додатків</w:t>
      </w:r>
    </w:p>
    <w:p>
      <w:r>
        <w:t>1. [Назва документа, дата, номер, кількість аркушів або файлів].</w:t>
      </w:r>
    </w:p>
    <w:p>
      <w:r>
        <w:t>2. [Назва документа, дата, номер, кількість аркушів або файлів].</w:t>
      </w:r>
    </w:p>
    <w:p>
      <w:r>
        <w:t>3. [За потреби додайте рядки].</w:t>
      </w:r>
    </w:p>
    <w:p>
      <w:r>
        <w:t>Усього: [кількість документів / аркушів / файлів].</w:t>
      </w:r>
    </w:p>
    <w:p>
      <w:pPr>
        <w:pStyle w:val="Heading1"/>
      </w:pPr>
      <w:r>
        <w:t>Підпис</w:t>
      </w:r>
    </w:p>
    <w:p>
      <w:r>
        <w:t>[Посада та ПІБ уповноваженої особи]</w:t>
      </w:r>
    </w:p>
    <w:p>
      <w:r>
        <w:t>[Підпис або належний електронний підпис]</w:t>
      </w:r>
    </w:p>
    <w:p>
      <w:r>
        <w:t>Підстава повноважень: [статут, наказ, довіреність або інше].</w:t>
      </w:r>
    </w:p>
    <w:sectPr w:rsidR="00FC693F" w:rsidRPr="0006063C" w:rsidSect="00034616">
      <w:pgSz w:w="12240" w:h="15840"/>
      <w:pgMar w:top="1037" w:right="1152" w:bottom="1037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1" w:lineRule="auto" w:after="120"/>
    </w:pPr>
    <w:rPr>
      <w:rFonts w:ascii="Arial" w:hAnsi="Arial"/>
      <w:color w:val="00000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60" w:after="14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240" w:line="240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Супровідний лист до пакета документів</dc:title>
  <dc:subject>Авторський редагований шаблон</dc:subject>
  <dc:creator>Licenzia</dc:creator>
  <cp:keywords/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