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Licenzia</w:t>
      </w:r>
    </w:p>
    <w:p>
      <w:pPr>
        <w:pStyle w:val="Title"/>
      </w:pPr>
      <w:r>
        <w:t>Заперечення на акт перевірки</w:t>
      </w:r>
    </w:p>
    <w:p>
      <w:r>
        <w:t>Використайте цю структуру для відповіді на конкретні висновки акта. Визначте порядок, строк, адресата та спосіб подання за відповідною процедурою.</w:t>
      </w:r>
    </w:p>
    <w:p>
      <w:pPr>
        <w:pStyle w:val="Heading1"/>
      </w:pPr>
      <w:r>
        <w:t>Ідентифікація перевірки</w:t>
      </w:r>
    </w:p>
    <w:p>
      <w:r>
        <w:t>До: [назва органу].</w:t>
      </w:r>
    </w:p>
    <w:p>
      <w:r>
        <w:t>Від: [назва ліцензіата, ідентифікатор, контакт].</w:t>
      </w:r>
    </w:p>
    <w:p>
      <w:r>
        <w:t>Акт перевірки: [номер, дата, предмет].</w:t>
      </w:r>
    </w:p>
    <w:p>
      <w:r>
        <w:t>Дата отримання: [дата й доказ вручення].</w:t>
      </w:r>
    </w:p>
    <w:p>
      <w:pPr>
        <w:pStyle w:val="Heading1"/>
      </w:pPr>
      <w:r>
        <w:t>Позиція щодо висновку</w:t>
      </w:r>
    </w:p>
    <w:p>
      <w:r>
        <w:t>Пункт акта: [номер і зміст конкретного зауваження].</w:t>
      </w:r>
    </w:p>
    <w:p>
      <w:r>
        <w:t>Фактичні обставини: [опис того, що відбулося].</w:t>
      </w:r>
    </w:p>
    <w:p>
      <w:r>
        <w:t>Документи на підтвердження: [назва, реквізити, аркуш].</w:t>
      </w:r>
    </w:p>
    <w:p>
      <w:r>
        <w:t>Правове обґрунтування: [норма й пояснення її застосування].</w:t>
      </w:r>
    </w:p>
    <w:p>
      <w:r>
        <w:t>Просимо врахувати: [конкретне виправлення або висновок].</w:t>
      </w:r>
    </w:p>
    <w:p>
      <w:pPr>
        <w:pStyle w:val="Heading1"/>
      </w:pPr>
      <w:r>
        <w:t>Усувні недоліки</w:t>
      </w:r>
    </w:p>
    <w:p>
      <w:r>
        <w:t>[Окремо зазначте визнані недоліки, якщо вони є.]</w:t>
      </w:r>
    </w:p>
    <w:p>
      <w:r>
        <w:t>Дія: [що потрібно зробити]. Відповідальний: [особа]. Планова дата: [дата].</w:t>
      </w:r>
    </w:p>
    <w:p>
      <w:r>
        <w:t>Підтвердження виконання: [документ або інший доказ].</w:t>
      </w:r>
    </w:p>
    <w:p>
      <w:pPr>
        <w:pStyle w:val="Heading1"/>
      </w:pPr>
      <w:r>
        <w:t>Завершення</w:t>
      </w:r>
    </w:p>
    <w:p>
      <w:r>
        <w:t>Просимо долучити заперечення й додані документи до матеріалів перевірки та врахувати їх у відповідній процедурі.</w:t>
      </w:r>
    </w:p>
    <w:p>
      <w:r>
        <w:t>Додатки: [нумерований перелік].</w:t>
      </w:r>
    </w:p>
    <w:p>
      <w:r>
        <w:t>[Дата, посада, ПІБ і підпис].</w:t>
      </w:r>
    </w:p>
    <w:p>
      <w:r>
        <w:t>Збережіть підтвердження подання та відстежуйте подальші документи органу.</w:t>
      </w:r>
    </w:p>
    <w:sectPr w:rsidR="00FC693F" w:rsidRPr="0006063C" w:rsidSect="00034616">
      <w:pgSz w:w="12240" w:h="15840"/>
      <w:pgMar w:top="1037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Заперечення на акт перевірки</dc:title>
  <dc:subject>Авторський редагований шаблон</dc:subject>
  <dc:creator>Licenzia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